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 w:before="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9B794C"/>
          <w:sz w:val="20"/>
        </w:rPr>
        <w:t>溺愛婚祭り　第1回 ワーク</w:t>
      </w:r>
    </w:p>
    <w:p>
      <w:pPr>
        <w:pStyle w:val="Title"/>
        <w:spacing w:after="200" w:before="0" w:line="600" w:lineRule="exact"/>
        <w:snapToGrid w:val="0"/>
      </w:pPr>
      <w:r>
        <w:rPr>
          <w:rFonts w:ascii="Hiragino Mincho ProN" w:hAnsi="Hiragino Mincho ProN" w:eastAsia="Hiragino Mincho ProN" w:cs="Hiragino Mincho ProN"/>
          <w:b w:val="0"/>
          <w:color w:val="964659"/>
          <w:sz w:val="42"/>
        </w:rPr>
        <w:t>直したいところがあっても、</w:t>
        <w:br/>
        <w:t>私はダメな人間じゃない</w:t>
      </w:r>
    </w:p>
    <w:p>
      <w:pPr>
        <w:spacing w:after="180" w:before="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0"/>
        </w:rPr>
        <w:t>まりさんが、自分にかけている言葉を振り返るワークです。</w:t>
      </w:r>
    </w:p>
    <w:p>
      <w:pPr>
        <w:spacing w:after="180" w:before="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9"/>
        </w:rPr>
        <w:t>名前：　　　　　　　　　　　　　　日付：</w:t>
      </w:r>
    </w:p>
    <w:p>
      <w:pPr>
        <w:spacing w:after="40" w:before="0" w:line="28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8"/>
        </w:rPr>
        <w:t>最近、少し自分を責めた出来事を一つ。やり取りやデートの後でも、日常のことでも大丈夫です。5分ほどで、書けるところから始めてみてください。つらい過去を無理に扱わず、途中でやめても構いません。</w:t>
      </w:r>
    </w:p>
    <w:p>
      <w:pPr>
        <w:pStyle w:val="Heading2"/>
        <w:keepNext/>
        <w:spacing w:after="60" w:before="22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01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何がありましたか？</w:t>
      </w:r>
    </w:p>
    <w:p>
      <w:pPr>
        <w:keepNext/>
        <w:spacing w:after="20" w:before="0" w:line="26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8"/>
        </w:rPr>
        <w:t>何を言った・何をしたなど、感じたことと分けて書いてみてください。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pStyle w:val="Heading2"/>
        <w:keepNext/>
        <w:spacing w:after="60" w:before="22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02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そのとき、自分に何と言っていましたか？</w:t>
      </w:r>
    </w:p>
    <w:p>
      <w:pPr>
        <w:keepNext/>
        <w:spacing w:after="20" w:before="0" w:line="26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8"/>
        </w:rPr>
        <w:t>浮かんでいた言葉を、そのまま書いてみてください。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pStyle w:val="Heading2"/>
        <w:keepNext/>
        <w:spacing w:after="60" w:before="22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03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それでも、大切にしたい自分の良さや思いは何ですか？</w:t>
      </w:r>
    </w:p>
    <w:p>
      <w:pPr>
        <w:keepNext/>
        <w:spacing w:after="20" w:before="0" w:line="26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8"/>
        </w:rPr>
        <w:t>できなかったことがあっても、大切にしたい思いはありますか。浮かばなければ空欄でも大丈夫です。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pStyle w:val="Heading2"/>
        <w:keepNext/>
        <w:spacing w:after="60" w:before="22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04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今、何かするとしたら、何ができそうですか？</w:t>
      </w:r>
    </w:p>
    <w:p>
      <w:pPr>
        <w:keepNext/>
        <w:spacing w:after="20" w:before="0" w:line="26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8"/>
        </w:rPr>
        <w:t>自分で選べる小さな行動を一つ。確かめる、伝える、距離を置く、何もしない、などから考えてみてください。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pStyle w:val="Heading2"/>
        <w:spacing w:after="80" w:before="240" w:line="320" w:lineRule="exact"/>
        <w:snapToGrid w:val="0"/>
      </w:pPr>
      <w:r>
        <w:rPr>
          <w:rFonts w:ascii="Hiragino Sans" w:hAnsi="Hiragino Sans" w:eastAsia="Hiragino Sans" w:cs="Hiragino Sans"/>
          <w:b/>
          <w:color w:val="964659"/>
          <w:sz w:val="22"/>
        </w:rPr>
        <w:t>今週 一度試してみる</w:t>
      </w:r>
    </w:p>
    <w:p>
      <w:pPr>
        <w:spacing w:after="120" w:before="0" w:line="28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18"/>
        </w:rPr>
        <w:t>自分を責め始めたら「具体的に何があった？」と聞いてみてください。必要なことがあれば、一つ試してみてください。</w:t>
      </w:r>
    </w:p>
    <w:p>
      <w:pPr>
        <w:spacing w:after="0" w:before="0" w:line="26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8"/>
        </w:rPr>
        <w:t>やってみて気づいたこと・引っかかったところ：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spacing w:after="0" w:before="100" w:line="26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8"/>
        </w:rPr>
        <w:t>次に一つ、試してみたいこと：</w:t>
      </w:r>
    </w:p>
    <w:p>
      <w:pPr>
        <w:spacing w:after="0" w:before="0" w:line="420" w:lineRule="exact"/>
        <w:pBdr>
          <w:bottom w:val="single" w:sz="3" w:space="1" w:color="DFCBC4"/>
        </w:pBdr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t xml:space="preserve"> </w:t>
      </w:r>
    </w:p>
    <w:p>
      <w:pPr>
        <w:spacing w:after="0" w:before="160" w:line="240" w:lineRule="exact"/>
        <w:snapToGrid w:val="0"/>
      </w:pPr>
      <w:r>
        <w:rPr>
          <w:rFonts w:ascii="Hiragino Sans" w:hAnsi="Hiragino Sans" w:eastAsia="Hiragino Sans" w:cs="Hiragino Sans"/>
          <w:b w:val="0"/>
          <w:color w:val="796361"/>
          <w:sz w:val="16"/>
        </w:rPr>
        <w:t>共有は話したいところだけで大丈夫です。書けたことや引っかかったところを聞かせてください。</w:t>
      </w:r>
    </w:p>
    <w:p>
      <w:pPr>
        <w:snapToGrid w:val="0"/>
      </w:pPr>
      <w:r>
        <w:br w:type="page"/>
      </w:r>
    </w:p>
    <w:p>
      <w:pPr>
        <w:spacing w:after="240" w:before="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9B794C"/>
          <w:sz w:val="20"/>
        </w:rPr>
        <w:t>溺愛婚祭り　第1回 ワーク</w:t>
      </w:r>
    </w:p>
    <w:p>
      <w:pPr>
        <w:pStyle w:val="Title"/>
        <w:spacing w:after="360" w:before="0" w:line="640" w:lineRule="exact"/>
        <w:snapToGrid w:val="0"/>
      </w:pPr>
      <w:r>
        <w:rPr>
          <w:rFonts w:ascii="Hiragino Mincho ProN" w:hAnsi="Hiragino Mincho ProN" w:eastAsia="Hiragino Mincho ProN" w:cs="Hiragino Mincho ProN"/>
          <w:b w:val="0"/>
          <w:color w:val="964659"/>
          <w:sz w:val="48"/>
        </w:rPr>
        <w:t>夢子の記入例</w:t>
      </w:r>
    </w:p>
    <w:p>
      <w:pPr>
        <w:spacing w:after="360" w:before="0" w:line="34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0"/>
        </w:rPr>
        <w:t>夫との関係を振り返って書いたワークです。</w:t>
        <w:br/>
        <w:t>まりさんは、ご自身のやり取りやデート、日常の出来事で考えてみてください。</w:t>
      </w:r>
    </w:p>
    <w:p>
      <w:pPr>
        <w:pStyle w:val="Heading2"/>
        <w:keepNext/>
        <w:spacing w:after="60" w:before="24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01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何がありましたか？</w:t>
      </w:r>
    </w:p>
    <w:p>
      <w:pPr>
        <w:spacing w:after="320" w:before="0" w:line="40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2"/>
        </w:rPr>
        <w:t>夫に甘えすぎていて、感謝が足りなかった。夫に対してしてあげられることを十分にできてなかった。</w:t>
      </w:r>
    </w:p>
    <w:p>
      <w:pPr>
        <w:pStyle w:val="Heading2"/>
        <w:keepNext/>
        <w:spacing w:after="60" w:before="24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02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そのとき、自分に何と言っていましたか？</w:t>
      </w:r>
    </w:p>
    <w:p>
      <w:pPr>
        <w:spacing w:after="320" w:before="0" w:line="40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2"/>
        </w:rPr>
        <w:t>私はなんでこんなに自分のことしか見えてないのだろうか。何でもっと相手の背景を想像できないのだろう。</w:t>
      </w:r>
    </w:p>
    <w:p>
      <w:pPr>
        <w:pStyle w:val="Heading2"/>
        <w:keepNext/>
        <w:spacing w:after="60" w:before="24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03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それでも、大切にしたい自分の良さや思いは何ですか？</w:t>
      </w:r>
    </w:p>
    <w:p>
      <w:pPr>
        <w:spacing w:after="320" w:before="0" w:line="40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2"/>
        </w:rPr>
        <w:t>我が身を振り返って成長しようという意志。人を幸せにしたいという心。</w:t>
      </w:r>
    </w:p>
    <w:p>
      <w:pPr>
        <w:pStyle w:val="Heading2"/>
        <w:keepNext/>
        <w:spacing w:after="60" w:before="240" w:line="32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1"/>
        </w:rPr>
      </w:r>
      <w:r>
        <w:rPr>
          <w:rFonts w:ascii="Hiragino Sans" w:hAnsi="Hiragino Sans" w:eastAsia="Hiragino Sans" w:cs="Hiragino Sans"/>
          <w:b w:val="0"/>
          <w:color w:val="9B794C"/>
          <w:sz w:val="22"/>
        </w:rPr>
        <w:t xml:space="preserve">04  </w:t>
      </w:r>
      <w:r>
        <w:rPr>
          <w:rFonts w:ascii="Hiragino Sans" w:hAnsi="Hiragino Sans" w:eastAsia="Hiragino Sans" w:cs="Hiragino Sans"/>
          <w:b/>
          <w:color w:val="964659"/>
          <w:sz w:val="22"/>
        </w:rPr>
        <w:t>今、何かするとしたら、何ができそうですか？</w:t>
      </w:r>
    </w:p>
    <w:p>
      <w:pPr>
        <w:spacing w:after="320" w:before="0" w:line="40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2"/>
        </w:rPr>
        <w:t>自分の認識できる範囲でできることをやる。</w:t>
      </w:r>
    </w:p>
    <w:p>
      <w:pPr>
        <w:pStyle w:val="Heading2"/>
        <w:spacing w:after="180" w:before="360" w:line="320" w:lineRule="exact"/>
        <w:snapToGrid w:val="0"/>
      </w:pPr>
      <w:r>
        <w:rPr>
          <w:rFonts w:ascii="Hiragino Sans" w:hAnsi="Hiragino Sans" w:eastAsia="Hiragino Sans" w:cs="Hiragino Sans"/>
          <w:b/>
          <w:color w:val="964659"/>
          <w:sz w:val="22"/>
        </w:rPr>
        <w:t>自分の出来事で書くときに</w:t>
      </w:r>
    </w:p>
    <w:p>
      <w:pPr>
        <w:spacing w:after="280" w:before="0" w:line="36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0"/>
        </w:rPr>
        <w:t>この例の①は、夢子が振り返って感じたことです。自分で書くときは、どんな場面で何を言った・何をしたかも書けると、次の行動を考えやすくなります。相手の気持ちは、想像で決めずに置いておいて大丈夫です。</w:t>
      </w:r>
    </w:p>
    <w:p>
      <w:pPr>
        <w:spacing w:after="0" w:before="0" w:line="360" w:lineRule="exact"/>
        <w:snapToGrid w:val="0"/>
      </w:pPr>
      <w:r>
        <w:rPr>
          <w:rFonts w:ascii="Hiragino Sans" w:hAnsi="Hiragino Sans" w:eastAsia="Hiragino Sans" w:cs="Hiragino Sans"/>
          <w:b w:val="0"/>
          <w:color w:val="4D3835"/>
          <w:sz w:val="20"/>
        </w:rPr>
        <w:t>直したいところと一緒に、今もある自分の良さや大切にしたい思いも見てみてください。④は、今の自分にできそうな小さな行動から考えてみてください。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5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iragino Sans" w:hAnsi="Hiragino Sans" w:eastAsia="Hiragino Sans" w:cs="Hiragino Sans"/>
        <w:b w:val="0"/>
        <w:color w:val="9B794C"/>
        <w:sz w:val="16"/>
      </w:rPr>
      <w:t xml:space="preserve">溺愛婚祭り　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-360000</wp:posOffset>
          </wp:positionV>
          <wp:extent cx="7560000" cy="2520000"/>
          <wp:wrapNone/>
          <wp:docPr id="1" name="Picture 1" descr="淡いピンクのバラと光をあしらった便箋の装飾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ワーク_ローズの便箋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520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100"/>
    </w:pPr>
    <w:rPr>
      <w:rFonts w:ascii="Hiragino Sans" w:hAnsi="Hiragino Sans" w:eastAsia="Hiragino Sans"/>
      <w:color w:val="4D38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00" w:line="32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4D3835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80" w:line="32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96465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0" w:line="600" w:lineRule="exact"/>
      <w:contextualSpacing/>
    </w:pPr>
    <w:rPr>
      <w:rFonts w:asciiTheme="majorHAnsi" w:eastAsiaTheme="majorEastAsia" w:hAnsiTheme="majorHAnsi" w:cstheme="majorBidi" w:ascii="Hiragino Mincho ProN" w:hAnsi="Hiragino Mincho ProN" w:eastAsia="Hiragino Mincho ProN"/>
      <w:color w:val="96465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溺愛婚祭り 第1回 ワークシート</dc:title>
  <dc:subject/>
  <dc:creator>夢子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